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 – ניווט, תמרורים וציווי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הנסיעה לטבריה ואת מסלול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ולדעת מה עושים לפי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הציווי ברבים (למשל: עצרו! חגרו!)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הדודה של מריה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גדול ועגול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עונה במקום הדודה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שדניאל ומריה יושבים מאחור.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בירידה היא נוסעת לאט בגלל השלטים.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כתוב בסיפור ובמפה.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מחכים לאור ירוק ברמזור.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השלטים שמופיעים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מתרגלים ציווי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(נותנים למכוניות אחרות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(נוסעים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(נוסעים לאט ובזהירות)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(יש הרבה עיקולים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מסלול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ונוסעים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את הר תבור הגדול והעגול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לכביש 77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בירידה התלולה עם העיקולים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לטבריה ועוצרים ליד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כללים לנוסעים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חגרו חגורת בטיחות! שבו בשקט! הסתכלו על הכביש לפני שיורדים! חכו לאור ירוק!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הדודה של מריה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האטו בעיקול! – תשובה בלשון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בטוחים גם אם הרכב עוצר בפתאומיות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המפה הסכמטית ולעקוב יחד אחרי המסלול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ציווי יחיד (עצור) לרבים (עצרו) לפני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להיעזר במילון הצבר בתחתית הדף להבנת מילות מפתח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 – ניווט, תמרורים וציווי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דניאל ומריה נוסעים עם הדודה לטבריה. בדרך הם עוברים כבישים, עיקולים וירידה תלולה, ולומדים איך נוסעים בבטחה ומתנהגים ברכב.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נוהגת ברכב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הדודה של מריה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עיר יוצאים דניאל ומריה?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כביש נוסעים בתחילת הדרך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ליד הר תבור?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גדול ועגול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מריה כשהטלפון של הדודה מצלצל?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 במקום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נוהגת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עושה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מכבה את הטלפון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יושבים מאחור 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התלולה הדודה נוסעת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מחלף גולני נוסעים בכביש 77 לכיוון טבריה.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ומריה עוברים את הכביש באור 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"עצור" הוא תמרור בכביש.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מתרגלים ציווי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ילדים, __________ לפני הכביש! (לעצור)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כולם, __________ חגורת בטיחות! (לחגור)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עיקול בדרך, __________! (להאט)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האור אדום, __________ לאור ירוק! (לחכות)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מרחק בירידה התלולה! (לשמור)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נוסעים לאט ובזהירות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הרבה עיקולים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סע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נוסעים לאט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נותנים למכוניות אחרות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מסלול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הר תבור הגדול והעגול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לכביש 77 במחלף גולני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בירידה התלולה עם העיקולים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לטבריה ועוצרים ליד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מעפולה ונוסעים בכביש 65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כללים לנוסעים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כללים לנוסעים ברכב. כתבו כל כלל בציווי ברבים, כמו: "חגרו חגורה!"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נוהגת ברכב בדרך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בציווי ברבים עם המילה "האט".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לחגור חגורת בטיחות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 – ניווט, תמרורים וציווי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