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 – ניווט, תמרורים וציווי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הנסיעה לטבריה ואת מסלול הדרך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תמרורים ולדעת מה עושים לפי כל 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צורת הציווי ברבים (למשל: עצרו! חגרו!)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הדודה של מריה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 גדול ועגול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עונה במקום הדודה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שדניאל ומריה יושבים מאחור.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בירידה היא נוסעת לאט בגלל השלטים.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כתוב בסיפור ובמפה.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מחכים לאור ירוק ברמזור.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אחד השלטים שמופיעים בדף.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מתרגלים ציווי 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תמרור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(עוצרים לגמרי)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(נותנים למכוניות אחרות לעבור)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(נוסעים לאט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(נוסעים לאט ובזהירות)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(יש הרבה עיקולים בכביש)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מסלול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יוצאים מעפולה ונוסעים בכביש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רואים את הר תבור הגדול והעגול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פונים לכביש 77 במחלף גולני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יורדים בירידה התלולה עם העיקולים אל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מגיעים לטבריה ועוצרים ליד המדרכה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כללים לנוסעים ברכב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חגרו חגורת בטיחות! שבו בשקט! הסתכלו על הכביש לפני שיורדים! חכו לאור ירוק!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הדודה של מריה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האטו בעיקול! – תשובה בלשון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להישאר בטוחים גם אם הרכב עוצר בפתאומיות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המפה הסכמטית ולעקוב יחד אחרי המסלול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ההבדל בין ציווי יחיד (עצור) לרבים (עצרו) לפני 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להיעזר במילון הצבר בתחתית הדף להבנת מילות מפתח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 – ניווט, תמרורים וציווי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דניאל ומריה נוסעים באוטו לטבריה. בדרך יש תמרורים וסכנות. לומדים מה עושים כדי להיות בטוחים.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בכביש שאומר מה עושים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עיקול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שהכביש מסתובב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ירידה תלולה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הכביש יורד מהר למטה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חגורת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שמחברת אותנו למושב ברכב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שהולכי רגל עוברים את הכביש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שאומרת למישהו לעשות משהו, כמו עצרו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נוסעים לאט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לגמרי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נוהג באוטו?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הדודה של מריה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יוצאים?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כביש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רואים ליד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גדול ועגול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מריה עושה בטלפון?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עונה במקום הדודה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נוהגת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עושה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מכבה את הטלפון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הילדים יושבים מאחור ברכב.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בירידה התלולה הדודה נוסעת מהר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מחלף גולני נוסעים בכביש 77 לכיוון טבריה.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דניאל ומריה עוברים את הכביש באור אדום.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"עצור" הוא תמרור בכביש.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מתרגלים ציווי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ילדים, __________ לפני הכביש! (לעצור)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כולם, __________ חגורת בטיחות! (לחגור)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עיקול בדרך, __________! (להאט)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האור אדום, __________ לאור ירוק! (לחכות)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מרחק בירידה התלולה! (לשמור)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תמרור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נוסעים לאט ובזהירות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נוסעים לאט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נותנים למכוניות אחרות לעבור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סע בזהירות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 הרבה עיקולים בכביש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דרך מפותלת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עוצרים לגמרי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מסלול הנסיעה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בירידה התלולה עם העיקולים אל הכנרת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לטבריה ועוצרים ליד המדרכה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את הר תבור הגדול והעגול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פונים לכביש 77 במחלף גולני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מעפולה ונוסעים בכביש 65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כללים לנוסעים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כללים לנוסעים ברכב. כתבו כל כלל בציווי ברבים, כמו: "חגרו חגורה!"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נוהגת ברכב בדרך לטבריה?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בציווי ברבים עם המילה "האט".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לחגור חגורת בטיחות ברכב?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בבטחה לטבריה – ניווט, תמרורים וציווי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