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בבטחה לטבריה – ניווט, תמרורים וציווי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סיפור הנסיעה לטבריה ואת מסלול הדרך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תמרורים ולדעת מה עושים לפי כל תמרור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צורת הציווי ברבים (למשל: עצרו! חגרו!)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הדודה של מריה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עפולה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שדניאל ומריה יושבים מאחור.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כתוב בסיפור ובמפה.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מתרגלים ציווי ברבים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חגרו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תמרור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(עוצרים לגמרי)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(נוסעים לאט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(נוסעים לאט ובזהירות)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את מסלול הנסיעה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יוצאים מעפולה ונוסעים בכביש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פונים לכביש 77 במחלף גולני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מגיעים לטבריה ועוצרים ליד המדרכה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כתיבה: כללים לנוסעים ברכב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אפשריות: חגרו חגורת בטיחות! שבו בשקט! הסתכלו על הכביש לפני שיורדים! חכו לאור ירוק!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הדודה של מריה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האטו בעיקול! – תשובה בלשון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להישאר בטוחים גם אם הרכב עוצר בפתאומיות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המפה הסכמטית ולעקוב יחד אחרי המסלול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ההבדל בין ציווי יחיד (עצור) לרבים (עצרו) לפני חלק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אפשר להיעזר במילון הצבר בתחתית הדף להבנת מילות מפתח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בבטחה לטבריה – ניווט, תמרורים וציווי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דניאל ומריה נוסעים עם הדודה לטבריה. בדרך הם עוברים כבישים, עיקולים וירידה תלולה, ולומדים איך נוסעים בבטחה ומתנהגים ברכב.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עצרו  ·  חגרו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נוהגת ברכב בדרך לטבריה?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דניאל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הדודה של מריה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מאיזו עיר יוצאים דניאל ומריה?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עפולה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טבריה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הילדים יושבים מאחור ברכב.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 מחלף גולני נוסעים בכביש 77 לכיוון טבריה.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מתרגלים ציווי ברבים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ילדים, __________ לפני הכביש! (לעצור)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כולם, __________ חגורת בטיחות! (לחגור)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מתאימים תמרור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נוסעים לאט ובזהירות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עוצרים לגמרי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סע בזהירות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נוסעים לאט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מסדרים את מסלול הנסיעה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מגיעים לטבריה ועוצרים ליד המדרכה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יוצאים מעפולה ונוסעים בכביש 65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פונים לכביש 77 במחלף גולני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כתיבה: כללים לנוסעים ברכב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כללים לנוסעים ברכב. כתבו כל כלל בציווי ברבים, כמו: "חגרו חגורה!"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נוהגת ברכב בדרך לטבריה?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אחד בציווי ברבים עם המילה "האט".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נוסעים בבטחה לטבריה – ניווט, תמרורים וציווי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